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SOLICITUD DE VACACIONES</w:t>
      </w:r>
    </w:p>
    <w:p>
      <w:r>
        <w:t>Trabajador/a: ______________________     DNI/NIE: __________     Departamento: ______________</w:t>
      </w:r>
    </w:p>
    <w:p>
      <w:r>
        <w:t>Solicita disfrutar sus vacaciones del ____/____/______ al ____/____/______, ambos incluidos (____ días).</w:t>
      </w:r>
    </w:p>
    <w:p>
      <w:r>
        <w:t>En ______________, a ____ de __________ de ______. Firma del trabajador/a:</w:t>
      </w:r>
    </w:p>
    <w:p>
      <w:r>
        <w:rPr>
          <w:b/>
        </w:rPr>
        <w:t>Respuesta de la empresa:</w:t>
      </w:r>
      <w:r>
        <w:t xml:space="preserve"> ☐ Aprobada ☐ No aprobada. Motivo y fechas alternativas: ______________________</w:t>
      </w:r>
    </w:p>
    <w:p>
      <w:r>
        <w:t>Firma y fecha de la empresa: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