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RECIBÍ</w:t>
      </w:r>
    </w:p>
    <w:p>
      <w:r>
        <w:t>D./Dña. ______________________, con DNI/NIE __________,</w:t>
      </w:r>
    </w:p>
    <w:p>
      <w:r>
        <w:rPr>
          <w:b/>
        </w:rPr>
        <w:t>DECLARA</w:t>
      </w:r>
      <w:r>
        <w:t xml:space="preserve"> haber recibido de ______________________, con DNI/NIF __________:</w:t>
      </w:r>
    </w:p>
    <w:p>
      <w:r>
        <w:t>☐ La cantidad de __________ € (en letra: ______________________), en ☐ efectivo ☐ transferencia.</w:t>
      </w:r>
    </w:p>
    <w:p>
      <w:r>
        <w:t>☐ Lo siguiente: ____________________________________________</w:t>
      </w:r>
    </w:p>
    <w:p>
      <w:r>
        <w:t>En concepto de: ______________________</w:t>
      </w:r>
    </w:p>
    <w:p>
      <w:r>
        <w:t>En ______________, a ____ de __________ de ______.</w:t>
      </w:r>
    </w:p>
    <w:p>
      <w:r>
        <w:t>Firma de quien recibe: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