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RECIBÍ DE ENTREGA DE EQUIPOS DE PROTECCIÓN INDIVIDUAL</w:t>
      </w:r>
    </w:p>
    <w:p>
      <w:r>
        <w:t>Empresa: ______________________ · Centro de trabajo: ______________________</w:t>
      </w:r>
    </w:p>
    <w:p>
      <w:r>
        <w:t>D./Dña. ______________________, con DNI __________, puesto ______________________,</w:t>
      </w:r>
    </w:p>
    <w:p>
      <w:r>
        <w:t>DECLARA haber recibido los siguientes equipos de protección individual:</w:t>
      </w:r>
    </w:p>
    <w:p>
      <w:r>
        <w:t>______________________ · Cantidad: ____ · Fecha: ____</w:t>
      </w:r>
    </w:p>
    <w:p>
      <w:r>
        <w:t>______________________ · Cantidad: ____ · Fecha: ____</w:t>
      </w:r>
    </w:p>
    <w:p>
      <w:r>
        <w:t>Y haber sido informado/a sobre su uso correcto, conservación y la obligación de utilizarlos y avisar de cualquier defecto o pérdida.</w:t>
      </w:r>
    </w:p>
    <w:p>
      <w:r>
        <w:t>En ______________, a ____ de __________ de ______.</w:t>
      </w:r>
    </w:p>
    <w:p>
      <w:r>
        <w:t>Firma del trabajador/a:</w:t>
      </w:r>
    </w:p>
    <w:p/>
    <w:p>
      <w:r>
        <w:t>Modelo de MultiDocs · multidocs.es — Puedes firmarlo gratis desde el móvil en multidocs.es/firmar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