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PARTE DE TRABAJO N.º ______</w:t>
      </w:r>
    </w:p>
    <w:p>
      <w:r>
        <w:t>Empresa: ______________________     Técnico: ______________________</w:t>
      </w:r>
    </w:p>
    <w:p>
      <w:r>
        <w:t>Cliente: ______________________     Dirección: ______________________     Teléfono: __________</w:t>
      </w:r>
    </w:p>
    <w:p>
      <w:r>
        <w:t>Fecha: ____/____/______     Entrada: ____:____     Salida: ____:____</w:t>
      </w:r>
    </w:p>
    <w:p>
      <w:r>
        <w:t>Trabajos realizados: ____________________________________________</w:t>
      </w:r>
    </w:p>
    <w:p>
      <w:r>
        <w:t>Material utilizado: ____________________________________________</w:t>
      </w:r>
    </w:p>
    <w:p>
      <w:r>
        <w:t>Observaciones: ____________________________________________</w:t>
      </w:r>
    </w:p>
    <w:p>
      <w:r>
        <w:t>Conforme el cliente. Nombre y DNI: ______________________     Firma: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