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NOTA DE ENCARGO DE ☐ VENTA ☐ ALQUILER</w:t>
      </w:r>
    </w:p>
    <w:p>
      <w:r>
        <w:t>Propietario/a: ______________________     DNI/NIE: __________     Teléfono: __________     Correo: __________</w:t>
      </w:r>
    </w:p>
    <w:p>
      <w:r>
        <w:t>Agencia: ______________________     NIF: __________     Dirección: ______________________</w:t>
      </w:r>
    </w:p>
    <w:p>
      <w:r>
        <w:t>Inmueble: ______________________     Referencia catastral: ______________________</w:t>
      </w:r>
    </w:p>
    <w:p>
      <w:r>
        <w:t>Precio de salida: __________ €     Honorarios: ____ % / __________ € (☐ IVA incluido ☐ más IVA), que se cobran ______________________.</w:t>
      </w:r>
    </w:p>
    <w:p>
      <w:r>
        <w:t>Duración: desde ____/____/______ hasta ____/____/______. ☐ En exclusiva ☐ Sin exclusiva.</w:t>
      </w:r>
    </w:p>
    <w:p>
      <w:r>
        <w:t>Protección de datos: el responsable del tratamiento es ______________________. Puede ejercer sus derechos en ______________________.</w:t>
      </w:r>
    </w:p>
    <w:p>
      <w:r>
        <w:t>En ______________, a ____ de __________ de ______. Firma del propietario/a:     Firma de la agencia: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