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ORDEN DE DOMICILIACIÓN DE ADEUDO DIRECTO SEPA</w:t>
      </w:r>
    </w:p>
    <w:p>
      <w:r>
        <w:t>Referencia de la orden de domiciliación: ______________ (la rellena el club).</w:t>
      </w:r>
    </w:p>
    <w:p>
      <w:r>
        <w:rPr>
          <w:b/>
        </w:rPr>
        <w:t>Acreedor.</w:t>
      </w:r>
      <w:r>
        <w:t xml:space="preserve"> Nombre del club: ______________________. Identificador del acreedor: ______________. Dirección: ______________________. Código postal y localidad: ______________________. País: España.</w:t>
      </w:r>
    </w:p>
    <w:p>
      <w:r>
        <w:t>Mediante la firma de esta orden de domiciliación, el deudor autoriza (A) al acreedor a enviar instrucciones a la entidad del deudor para adeudar su cuenta y (B) a la entidad para efectuar los adeudos en su cuenta siguiendo las instrucciones del acreedor. Como parte de sus derechos, el deudor está legitimado al reembolso por su entidad en los términos y condiciones del contrato suscrito con la misma. La solicitud de reembolso deberá efectuarse dentro de las ocho semanas que siguen a la fecha de adeudo en cuenta. Puede obtener información adicional sobre sus derechos en su entidad financiera.</w:t>
      </w:r>
    </w:p>
    <w:p>
      <w:r>
        <w:rPr>
          <w:b/>
        </w:rPr>
        <w:t>Deudor (titular de la cuenta).</w:t>
      </w:r>
      <w:r>
        <w:t xml:space="preserve"> Nombre y apellidos: ______________________. DNI/NIE: __________. Dirección: ______________________. Código postal y localidad: ______________________. País: ______________________.</w:t>
      </w:r>
    </w:p>
    <w:p>
      <w:r>
        <w:t>IBAN: ES__ ____ ____ ____ ____ ____</w:t>
      </w:r>
    </w:p>
    <w:p>
      <w:r>
        <w:t>Tipo de pago: ☐ Pago recurrente ☐ Pago único.</w:t>
      </w:r>
    </w:p>
    <w:p>
      <w:r>
        <w:rPr>
          <w:b/>
        </w:rPr>
        <w:t>Concepto.</w:t>
      </w:r>
      <w:r>
        <w:t xml:space="preserve"> Cuota del jugador/a ______________________, categoría __________, temporada ____/____. Importe: ______ €, con periodicidad ☐ mensual ☐ trimestral ☐ anual.</w:t>
      </w:r>
    </w:p>
    <w:p>
      <w:r>
        <w:rPr>
          <w:b/>
        </w:rPr>
        <w:t>Aviso previo.</w:t>
      </w:r>
      <w:r>
        <w:t xml:space="preserve"> El club avisará del importe y la fecha de cada cargo, o del calendario de la temporada, con al menos 14 días naturales de antelación.</w:t>
      </w:r>
    </w:p>
    <w:p>
      <w:r>
        <w:rPr>
          <w:b/>
        </w:rPr>
        <w:t>Protección de datos.</w:t>
      </w:r>
      <w:r>
        <w:t xml:space="preserve"> Responsable: ______________________. Usamos estos datos para cobrar las cuotas y gestionar las devoluciones, y los comunicamos a nuestro banco para emitir los recibos. Los conservamos mientras se cobren las cuotas y después el tiempo que exija la ley. Puede ejercer sus derechos escribiendo a ______________________.</w:t>
      </w:r>
    </w:p>
    <w:p>
      <w:r>
        <w:t>Todos los campos deben rellenarse. Una vez firmada, esta orden se envía al acreedor para que la guarde.</w:t>
      </w:r>
    </w:p>
    <w:p>
      <w:r>
        <w:t>En ______________, a ____ de __________ de ______.</w:t>
      </w:r>
    </w:p>
    <w:p>
      <w:r>
        <w:t>Firma del titular de la cuenta: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