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JUSTIFICANTE DE FALTA DE ASISTENCIA</w:t>
      </w:r>
    </w:p>
    <w:p>
      <w:r>
        <w:t>D./Dña. ______________________, con DNI/NIE __________, como ☐ padre ☐ madre ☐ tutor/a legal del alumno/a ______________________, del curso ______ y grupo ______,</w:t>
      </w:r>
    </w:p>
    <w:p>
      <w:r>
        <w:rPr>
          <w:b/>
        </w:rPr>
        <w:t>COMUNICO</w:t>
      </w:r>
      <w:r>
        <w:t xml:space="preserve"> que mi hijo/a no asistió al centro:</w:t>
      </w:r>
    </w:p>
    <w:p>
      <w:r>
        <w:t>☐ El día ____/____/______ ☐ Del ____/____/______ al ____/____/______.</w:t>
      </w:r>
    </w:p>
    <w:p>
      <w:r>
        <w:t>☐ Toda la jornada ☐ Solo de las ______ a las ______ horas.</w:t>
      </w:r>
    </w:p>
    <w:p>
      <w:r>
        <w:rPr>
          <w:b/>
        </w:rPr>
        <w:t>Motivo:</w:t>
      </w:r>
      <w:r>
        <w:t xml:space="preserve"> ☐ Enfermedad ☐ Consulta médica ☐ Deber que no se podía aplazar ☐ Asunto familiar ☐ Otro: __________.</w:t>
      </w:r>
    </w:p>
    <w:p>
      <w:r>
        <w:t>No hace falta indicar el diagnóstico.</w:t>
      </w:r>
    </w:p>
    <w:p>
      <w:r>
        <w:t>☐ Adjunto un documento que lo acredita (por ejemplo, el justificante de asistencia a la consulta). ☐ No adjunto documento.</w:t>
      </w:r>
    </w:p>
    <w:p>
      <w:r>
        <w:t>Teléfono de contacto: __________.</w:t>
      </w:r>
    </w:p>
    <w:p>
      <w:r>
        <w:rPr>
          <w:b/>
        </w:rPr>
        <w:t>Protección de datos.</w:t>
      </w:r>
      <w:r>
        <w:t xml:space="preserve"> Responsable: ______________________. Los datos se usarán solo para esta finalidad y los conocerá el personal del centro que lo necesite. Puedo ejercer mis derechos escribiendo a ______________________.</w:t>
      </w:r>
    </w:p>
    <w:p>
      <w:r>
        <w:t>En ______________, a ____ de __________ de ______.</w:t>
      </w:r>
    </w:p>
    <w:p>
      <w:r>
        <w:t>Firma del padre, madre o tutor/a: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