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INSCRIPCIÓN EN ACTIVIDADES EXTRAESCOLARES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rPr>
          <w:b/>
        </w:rPr>
        <w:t>SOLICITO</w:t>
      </w:r>
      <w:r>
        <w:t xml:space="preserve"> la inscripción de mi hijo/a en estas actividades durante el curso ______:</w:t>
      </w:r>
    </w:p>
    <w:p>
      <w:r>
        <w:t>Actividad: ______________. Días: __________. Horario: __________. Cuota: ______ €.</w:t>
      </w:r>
    </w:p>
    <w:p>
      <w:r>
        <w:t>Actividad: ______________. Días: __________. Horario: __________. Cuota: ______ €.</w:t>
      </w:r>
    </w:p>
    <w:p>
      <w:r>
        <w:rPr>
          <w:b/>
        </w:rPr>
        <w:t>Pago:</w:t>
      </w:r>
      <w:r>
        <w:t xml:space="preserve"> ☐ Domiciliación en la cuenta (IBAN): ________________________ ☐ Otro: __________.</w:t>
      </w:r>
    </w:p>
    <w:p>
      <w:r>
        <w:rPr>
          <w:b/>
        </w:rPr>
        <w:t>Baja:</w:t>
      </w:r>
      <w:r>
        <w:t xml:space="preserve"> avisaré por escrito con ______ días de antelación.</w:t>
      </w:r>
    </w:p>
    <w:p>
      <w:r>
        <w:rPr>
          <w:b/>
        </w:rPr>
        <w:t>Salud:</w:t>
      </w:r>
      <w:r>
        <w:t xml:space="preserve"> alergias, medicación o datos que deba conocer el monitor: ______________________.</w:t>
      </w:r>
    </w:p>
    <w:p>
      <w:r>
        <w:rPr>
          <w:b/>
        </w:rPr>
        <w:t>Al terminar:</w:t>
      </w:r>
      <w:r>
        <w:t xml:space="preserve"> ☐ Lo recogemos nosotros ☐ Lo recoge: ______________________ ☐ Sale solo/a (con su autorización aparte).</w:t>
      </w:r>
    </w:p>
    <w:p>
      <w:r>
        <w:rPr>
          <w:b/>
        </w:rPr>
        <w:t>Fotos (opcional):</w:t>
      </w:r>
      <w:r>
        <w:t xml:space="preserve"> ☐ Autorizo que se publiquen fotos de la actividad en ______________. Puedo retirarlo cuando quiera.</w:t>
      </w:r>
    </w:p>
    <w:p>
      <w:r>
        <w:t>Teléfono de contacto: __________.</w:t>
      </w:r>
    </w:p>
    <w:p>
      <w:r>
        <w:rPr>
          <w:b/>
        </w:rPr>
        <w:t>Protección de datos.</w:t>
      </w:r>
      <w:r>
        <w:t xml:space="preserve"> Responsable: ______________________. Los datos se usarán solo para esta finalidad y los conocerá el personal del centro que lo necesite. Puedo ejercer mis derechos escribiendo a ______________________.</w:t>
      </w:r>
    </w:p>
    <w:p>
      <w:r>
        <w:t>En ______________, a ____ de __________ de ______.</w:t>
      </w:r>
    </w:p>
    <w:p>
      <w:r>
        <w:t>Firma del padre, madre o tutor/a: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