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HOJA DE VISITA</w:t>
      </w:r>
    </w:p>
    <w:p>
      <w:r>
        <w:t>Agencia: ______________________     NIF: __________     Agente: ______________________</w:t>
      </w:r>
    </w:p>
    <w:p>
      <w:r>
        <w:t>D./Dña. ______________________, con DNI/NIE __________, teléfono __________ y correo ______________________,</w:t>
      </w:r>
    </w:p>
    <w:p>
      <w:r>
        <w:rPr>
          <w:b/>
        </w:rPr>
        <w:t>DECLARA</w:t>
      </w:r>
      <w:r>
        <w:t xml:space="preserve"> que en la fecha y hora indicadas ha visitado, acompañado/a por la agencia, el inmueble situado en ______________________ (referencia ______), ofertado en ☐ venta ☐ alquiler.</w:t>
      </w:r>
    </w:p>
    <w:p>
      <w:r>
        <w:t>Fecha: ____/____/______     Hora: ____:____</w:t>
      </w:r>
    </w:p>
    <w:p>
      <w:r>
        <w:t>Protección de datos: el responsable del tratamiento es ______________________. Sus datos se usan para gestionar esta visita y la posible operación. Puede ejercer sus derechos en ______________________.</w:t>
      </w:r>
    </w:p>
    <w:p>
      <w:r>
        <w:t>Firma del visitante: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