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28"/>
        </w:rPr>
        <w:t>HOJA DE MATRÍCULA. CURSO ______</w:t>
      </w:r>
    </w:p>
    <w:p>
      <w:r>
        <w:t>Centro: ______________________. Etapa: ☐ Infantil ☐ Primaria ☐ ESO ☐ Bachillerato ☐ FP. Curso: ______. Grupo: ______.</w:t>
      </w:r>
    </w:p>
    <w:p>
      <w:r>
        <w:rPr>
          <w:b/>
        </w:rPr>
        <w:t>1. Datos del alumno/a</w:t>
      </w:r>
    </w:p>
    <w:p>
      <w:r>
        <w:t>Nombre y apellidos: ______________________. Fecha de nacimiento: ____/____/______. DNI/NIE, si lo tiene: __________.</w:t>
      </w:r>
    </w:p>
    <w:p>
      <w:r>
        <w:t>Domicilio: ______________________. Código postal: ______. Localidad: ______________. Centro de procedencia: ______________________.</w:t>
      </w:r>
    </w:p>
    <w:p>
      <w:r>
        <w:rPr>
          <w:b/>
        </w:rPr>
        <w:t>2. Progenitores o tutores legales</w:t>
      </w:r>
    </w:p>
    <w:p>
      <w:r>
        <w:t>Progenitor/tutor 1: ______________________. ☐ Padre ☐ Madre ☐ Tutor/a legal. DNI/NIE: __________. Teléfono: __________. Correo: ______________________. Domicilio, si es distinto: ______________________.</w:t>
      </w:r>
    </w:p>
    <w:p>
      <w:r>
        <w:t>Progenitor/tutor 2: ______________________. ☐ Padre ☐ Madre ☐ Tutor/a legal. DNI/NIE: __________. Teléfono: __________. Correo: ______________________. Domicilio, si es distinto: ______________________.</w:t>
      </w:r>
    </w:p>
    <w:p>
      <w:r>
        <w:rPr>
          <w:b/>
        </w:rPr>
        <w:t>3. Situación familiar</w:t>
      </w:r>
    </w:p>
    <w:p>
      <w:r>
        <w:t>☐ Los progenitores conviven. ☐ Los progenitores están separados o divorciados.</w:t>
      </w:r>
    </w:p>
    <w:p>
      <w:r>
        <w:t>Patria potestad: ☐ De los dos ☐ De uno solo: ______________________. Guarda y custodia: ☐ Compartida ☐ Del progenitor 1 ☐ Del progenitor 2 ☐ Otra: ______________________.</w:t>
      </w:r>
    </w:p>
    <w:p>
      <w:r>
        <w:t>¿Hay alguna resolución judicial que limite la patria potestad o la comunicación con el alumno/a? ☐ No ☐ Sí, y adjunto una copia.</w:t>
      </w:r>
    </w:p>
    <w:p>
      <w:r>
        <w:t>Los dos progenitores con patria potestad reciben la información sobre el proceso educativo del alumno/a, aunque solo uno tenga la custodia, salvo que una resolución judicial lo impida. Avisaremos al centro de cualquier cambio.</w:t>
      </w:r>
    </w:p>
    <w:p>
      <w:r>
        <w:rPr>
          <w:b/>
        </w:rPr>
        <w:t>4. Personas autorizadas a recoger al alumno/a</w:t>
      </w:r>
    </w:p>
    <w:p>
      <w:r>
        <w:t>Nombre: ______________________. DNI/NIE: __________. Relación: __________. Teléfono: __________.</w:t>
      </w:r>
    </w:p>
    <w:p>
      <w:r>
        <w:t>Nombre: ______________________. DNI/NIE: __________. Relación: __________. Teléfono: __________.</w:t>
      </w:r>
    </w:p>
    <w:p>
      <w:r>
        <w:rPr>
          <w:b/>
        </w:rPr>
        <w:t>5. Salud que el centro debe conocer</w:t>
      </w:r>
    </w:p>
    <w:p>
      <w:r>
        <w:t>Alergias o intolerancias: ______________________. Enfermedades crónicas: ______________________. Discapacidad o necesidad de apoyo: ______________________.</w:t>
      </w:r>
    </w:p>
    <w:p>
      <w:r>
        <w:t>¿Necesita tomar algún medicamento en horario escolar? ☐ No ☐ Sí: rellenaré la autorización de medicamentos del centro.</w:t>
      </w:r>
    </w:p>
    <w:p>
      <w:r>
        <w:t>Indicad solo lo que el centro necesita para cuidar y atender al alumno/a. Estos datos solo los conocerá el personal del centro que los necesite.</w:t>
      </w:r>
    </w:p>
    <w:p>
      <w:r>
        <w:rPr>
          <w:b/>
        </w:rPr>
        <w:t>6. Protección de datos</w:t>
      </w:r>
    </w:p>
    <w:p>
      <w:r>
        <w:t>Responsable: ______________________, con domicilio en ______________________ y correo ______________________. Delegado de protección de datos: ______________________.</w:t>
      </w:r>
    </w:p>
    <w:p>
      <w:r>
        <w:t>El centro usa estos datos para su función educativa y orientadora y para gestionar la matrícula, como permite la disposición adicional vigesimotercera de la Ley Orgánica 2/2006, de Educación. Para eso no hace falta vuestro consentimiento. Facilitar los datos de los apartados 1 a 5 es necesario para atender al alumno/a.</w:t>
      </w:r>
    </w:p>
    <w:p>
      <w:r>
        <w:t>Los conocerá el personal del centro que los necesite, que tiene deber de sigilo. Se comunicarán a la administración educativa cuando la ley lo prevea. Se conservan mientras el alumno/a esté en el centro y después el tiempo que fijen las normas aplicables. El expediente académico se conserva.</w:t>
      </w:r>
    </w:p>
    <w:p>
      <w:r>
        <w:t>Podéis pedir el acceso, la rectificación, la supresión, la limitación o la portabilidad de los datos, u oponeros a su uso, escribiendo a ______________________. También podéis reclamar ante la Agencia Española de Protección de Datos (www.aepd.es). Más información: ______________________.</w:t>
      </w:r>
    </w:p>
    <w:p>
      <w:r>
        <w:rPr>
          <w:b/>
        </w:rPr>
        <w:t>7. Permisos voluntarios</w:t>
      </w:r>
    </w:p>
    <w:p>
      <w:r>
        <w:t>Son voluntarios. Si no marcáis ninguno, la matrícula sigue igual. Podéis retirarlos cuando queráis escribiendo a ______________________.</w:t>
      </w:r>
    </w:p>
    <w:p>
      <w:r>
        <w:t>☐ Sí ☐ No: publicar fotos y vídeos del alumno/a en actividades del centro en la web del centro.</w:t>
      </w:r>
    </w:p>
    <w:p>
      <w:r>
        <w:t>☐ Sí ☐ No: publicarlos en las redes sociales del centro: ______________________.</w:t>
      </w:r>
    </w:p>
    <w:p>
      <w:r>
        <w:t>☐ Sí ☐ No: publicarlos en la revista y en los paneles del centro.</w:t>
      </w:r>
    </w:p>
    <w:p>
      <w:r>
        <w:t>☐ Sí ☐ No: dar nuestro nombre y correo al AMPA para que nos informe de sus actividades.</w:t>
      </w:r>
    </w:p>
    <w:p>
      <w:r>
        <w:t>Si el alumno/a es mayor de 14 años, estos permisos los da él o ella. Nombre y firma del alumno/a: ______________________.</w:t>
      </w:r>
    </w:p>
    <w:p>
      <w:r>
        <w:rPr>
          <w:b/>
        </w:rPr>
        <w:t>8. Firma</w:t>
      </w:r>
    </w:p>
    <w:p>
      <w:r>
        <w:t>Declaramos que los datos son ciertos y que avisaremos al centro de cualquier cambio.</w:t>
      </w:r>
    </w:p>
    <w:p>
      <w:r>
        <w:t>En ______________, a ____ de __________ de ______.</w:t>
      </w:r>
    </w:p>
    <w:p>
      <w:r>
        <w:t>Firma del progenitor/tutor 1: ______________________ Firma del progenitor/tutor 2: ______________________</w:t>
      </w:r>
    </w:p>
    <w:p/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