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FICHA DE INSCRIPCIÓN · TEMPORADA ____/____</w:t>
      </w:r>
    </w:p>
    <w:p>
      <w:r>
        <w:t>Jugador/a: ______________________ · Fecha de nacimiento: __________ · Categoría: __________</w:t>
      </w:r>
    </w:p>
    <w:p>
      <w:r>
        <w:t>Padre/madre/tutor: ______________________ · DNI: __________ · Teléfono: __________ · Correo: __________</w:t>
      </w:r>
    </w:p>
    <w:p>
      <w:r>
        <w:t>Observaciones médicas: ______________________</w:t>
      </w:r>
    </w:p>
    <w:p>
      <w:r>
        <w:t>☐ Acepto las normas de funcionamiento del club.  ☐ He leído la información sobre protección de datos.</w:t>
      </w:r>
    </w:p>
    <w:p>
      <w:r>
        <w:t>En ______________, a ____ de __________ de ______.</w:t>
      </w:r>
    </w:p>
    <w:p>
      <w:r>
        <w:t>Firma del padre/madre/tutor:</w:t>
      </w:r>
    </w:p>
    <w:p/>
    <w:p>
      <w:r>
        <w:t>Modelo de MultiDocs · multidocs.es — Puedes firmarlo gratis desde el móvil en multidocs.es/firmar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