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28"/>
        </w:rPr>
        <w:t>CONTRATO DE PRESTACIÓN DE SERVICIOS</w:t>
      </w:r>
    </w:p>
    <w:p>
      <w:r>
        <w:t>En ______________, a ____ de __________ de ______.</w:t>
      </w:r>
    </w:p>
    <w:p>
      <w:r>
        <w:t>CLIENTE: ______________________, NIF __________. PROFESIONAL: ______________________, NIF __________.</w:t>
      </w:r>
    </w:p>
    <w:p>
      <w:r>
        <w:t>1. Objeto: el profesional prestará al cliente los siguientes servicios: ____________________________________________.</w:t>
      </w:r>
    </w:p>
    <w:p>
      <w:r>
        <w:t>2. Precio: __________ € (☐ más IVA ☐ IVA incluido), que se pagarán ______________________.</w:t>
      </w:r>
    </w:p>
    <w:p>
      <w:r>
        <w:t>3. Duración: desde ____/____/______ hasta ____/____/______ o hasta la entrega de ______________________.</w:t>
      </w:r>
    </w:p>
    <w:p>
      <w:r>
        <w:t>4. El profesional guardará confidencialidad sobre la información del cliente y tratará sus datos solo para prestar el servicio.</w:t>
      </w:r>
    </w:p>
    <w:p>
      <w:r>
        <w:t>5. Cualquiera de las partes podrá terminar el contrato avisando con ____ días de antelación.</w:t>
      </w:r>
    </w:p>
    <w:p>
      <w:r>
        <w:t>Firma del cliente:     Firma del profesional:</w:t>
      </w:r>
    </w:p>
    <w:p/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