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CONTRATO DE ARRENDAMIENTO DE VIVIENDA</w:t>
      </w:r>
    </w:p>
    <w:p>
      <w:r>
        <w:t>En ______________, a ____ de __________ de ______.</w:t>
      </w:r>
    </w:p>
    <w:p>
      <w:r>
        <w:t>ARRENDADOR/A: ______________________, DNI/NIE __________. ARRENDATARIO/A: ______________________, DNI/NIE __________.</w:t>
      </w:r>
    </w:p>
    <w:p>
      <w:r>
        <w:t>1. Objeto: vivienda situada en ______________________, referencia catastral ______________________, que se arrienda ☐ amueblada (según inventario anexo) ☐ sin amueblar, para vivienda habitual del arrendatario.</w:t>
      </w:r>
    </w:p>
    <w:p>
      <w:r>
        <w:t>2. Duración: ____ años desde el ____/____/______, con las prórrogas del artículo 9 de la Ley 29/1994.</w:t>
      </w:r>
    </w:p>
    <w:p>
      <w:r>
        <w:t>3. Renta: __________ € al mes, pagaderos los primeros ____ días de cada mes en la cuenta ______________________.</w:t>
      </w:r>
    </w:p>
    <w:p>
      <w:r>
        <w:t>4. Fianza: el arrendatario entrega __________ €, equivalentes a una mensualidad, conforme al artículo 36 de la Ley 29/1994.</w:t>
      </w:r>
    </w:p>
    <w:p>
      <w:r>
        <w:t>5. Gastos: ______________________ son a cargo de ______________________.</w:t>
      </w:r>
    </w:p>
    <w:p>
      <w:r>
        <w:t>Firma del arrendador/a:     Firma del arrendatario/a: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