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CONTRATO DE COMPRAVENTA DE VEHÍCULO</w:t>
      </w:r>
    </w:p>
    <w:p>
      <w:r>
        <w:t>En ______________, a ____ de __________ de ______, a las ____:____ horas.</w:t>
      </w:r>
    </w:p>
    <w:p>
      <w:r>
        <w:t>VENDEDOR/A: ______________________, DNI/NIE __________, domicilio ______________________.</w:t>
      </w:r>
    </w:p>
    <w:p>
      <w:r>
        <w:t>COMPRADOR/A: ______________________, DNI/NIE __________, domicilio ______________________.</w:t>
      </w:r>
    </w:p>
    <w:p>
      <w:r>
        <w:t>Vehículo: marca __________, modelo __________, matrícula __________, bastidor ______________________, kilómetros __________.</w:t>
      </w:r>
    </w:p>
    <w:p>
      <w:r>
        <w:t>1. El vendedor vende el vehículo descrito por __________ €, que el comprador paga mediante ______________________.</w:t>
      </w:r>
    </w:p>
    <w:p>
      <w:r>
        <w:t>2. El vendedor declara que el vehículo está libre de cargas y embargos. El comprador declara conocer su estado actual.</w:t>
      </w:r>
    </w:p>
    <w:p>
      <w:r>
        <w:t>3. Desde la fecha y hora de este contrato, el comprador se hace responsable del vehículo.</w:t>
      </w:r>
    </w:p>
    <w:p>
      <w:r>
        <w:t>Firma del vendedor/a:     Firma del comprador/a: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