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INFORMACIÓN SOBRE PROTECCIÓN DE DATOS PARA PACIENTES</w:t>
      </w:r>
    </w:p>
    <w:p>
      <w:r>
        <w:rPr>
          <w:b/>
        </w:rPr>
        <w:t>Quién trata tus datos.</w:t>
      </w:r>
      <w:r>
        <w:t xml:space="preserve"> ______________________ (nombre de la clínica o del profesional), NIF __________, dirección ______________________, teléfono __________, correo ______________________.</w:t>
      </w:r>
    </w:p>
    <w:p>
      <w:r>
        <w:rPr>
          <w:b/>
        </w:rPr>
        <w:t>Delegado de protección de datos (si lo hay).</w:t>
      </w:r>
      <w:r>
        <w:t xml:space="preserve"> ______________________, correo ______________________.</w:t>
      </w:r>
    </w:p>
    <w:p>
      <w:r>
        <w:rPr>
          <w:b/>
        </w:rPr>
        <w:t>Para qué.</w:t>
      </w:r>
      <w:r>
        <w:t xml:space="preserve"> Para atenderte: darte cita y recordártela, diagnosticarte, tratarte, llevar tu historia clínica y cobrar nuestros servicios.</w:t>
      </w:r>
    </w:p>
    <w:p>
      <w:r>
        <w:rPr>
          <w:b/>
        </w:rPr>
        <w:t>Por qué podemos usarlos.</w:t>
      </w:r>
      <w:r>
        <w:t xml:space="preserve"> Para atenderte no necesitamos tu consentimiento: lo permite el artículo 9.2.h del Reglamento (UE) 2016/679, con la Ley 41/2002, de autonomía del paciente. La facturación, por las obligaciones fiscales. Para todo lo demás, solo con tu permiso, en las casillas de abajo.</w:t>
      </w:r>
    </w:p>
    <w:p>
      <w:r>
        <w:rPr>
          <w:b/>
        </w:rPr>
        <w:t>¿Es obligatorio darlos?</w:t>
      </w:r>
      <w:r>
        <w:t xml:space="preserve"> Sí, los necesarios para atenderte con seguridad. Sin ellos no podemos prestarte la asistencia.</w:t>
      </w:r>
    </w:p>
    <w:p>
      <w:r>
        <w:rPr>
          <w:b/>
        </w:rPr>
        <w:t>Quién más los recibe.</w:t>
      </w:r>
      <w:r>
        <w:t xml:space="preserve"> Los profesionales de la clínica que te atienden, con deber de secreto. Los laboratorios o centros a los que te derivemos, solo lo necesario. Tu aseguradora, si la consulta la paga ella. La administración sanitaria, cuando la ley lo exige. Las empresas que nos dan servicio, como el programa de historia clínica, solo por cuenta nuestra: ______________________.</w:t>
      </w:r>
    </w:p>
    <w:p>
      <w:r>
        <w:rPr>
          <w:b/>
        </w:rPr>
        <w:t>Fuera de la Unión Europea.</w:t>
      </w:r>
      <w:r>
        <w:t xml:space="preserve"> ☐ No enviamos datos fuera de la UE. ☐ Sí, a ______________, con estas garantías: ______________.</w:t>
      </w:r>
    </w:p>
    <w:p>
      <w:r>
        <w:rPr>
          <w:b/>
        </w:rPr>
        <w:t>Cuánto tiempo.</w:t>
      </w:r>
      <w:r>
        <w:t xml:space="preserve"> La historia clínica, el tiempo adecuado a cada caso y, como mínimo, cinco años desde el alta de cada proceso, o lo que fijen las normas de nuestra comunidad autónoma. Los datos de facturación, lo que exijan las leyes fiscales. Los de los permisos de abajo, hasta que los retires.</w:t>
      </w:r>
    </w:p>
    <w:p>
      <w:r>
        <w:rPr>
          <w:b/>
        </w:rPr>
        <w:t>Tus derechos.</w:t>
      </w:r>
      <w:r>
        <w:t xml:space="preserve"> Puedes pedir el acceso a tus datos y a tu historia clínica, la rectificación, la supresión, la limitación o la portabilidad, u oponerte a su uso, escribiendo a ______________________. Si das un permiso, puedes retirarlo cuando quieras, sin que afecte a lo hecho antes. Y puedes reclamar ante la Agencia Española de Protección de Datos (www.aepd.es).</w:t>
      </w:r>
    </w:p>
    <w:p>
      <w:r>
        <w:rPr>
          <w:b/>
        </w:rPr>
        <w:t>PERMISOS VOLUNTARIOS</w:t>
      </w:r>
    </w:p>
    <w:p>
      <w:r>
        <w:t>Marca solo lo que quieras. Si no marcas nada, te atendemos igual. Puedes cambiar de opinión cuando quieras escribiendo a ______________________.</w:t>
      </w:r>
    </w:p>
    <w:p>
      <w:r>
        <w:t>☐ Sí ☐ No: enviarme información y promociones de la clínica por ☐ correo ☐ WhatsApp ☐ SMS.</w:t>
      </w:r>
    </w:p>
    <w:p>
      <w:r>
        <w:t>☐ Sí ☐ No: publicar fotos de antes y después de mi tratamiento, sin que se me reconozca la cara, en ☐ la web ☐ las redes sociales de la clínica.</w:t>
      </w:r>
    </w:p>
    <w:p>
      <w:r>
        <w:t>☐ Sí ☐ No: publicarlas aunque se me reconozca.</w:t>
      </w:r>
    </w:p>
    <w:p>
      <w:r>
        <w:t>☐ Sí ☐ No: usar mis fotos o mi caso, sin mi nombre, en formación y congresos para profesionales.</w:t>
      </w:r>
    </w:p>
    <w:p>
      <w:r>
        <w:t>☐ Sí ☐ No: publicar mi opinión sobre la clínica con mi nombre de pila.</w:t>
      </w:r>
    </w:p>
    <w:p>
      <w:r>
        <w:t>D./Dña. ______________________, con DNI/NIE __________. Si firma un representante: D./Dña. ______________________, con DNI/NIE __________, como ☐ padre ☐ madre ☐ tutor/a ☐ otro: __________.</w:t>
      </w:r>
    </w:p>
    <w:p>
      <w:r>
        <w:t>Declaro que he recibido esta información y marco arriba los permisos que doy.</w:t>
      </w:r>
    </w:p>
    <w:p>
      <w:r>
        <w:t>En ______________, a ____ de __________ de ______.</w:t>
      </w:r>
    </w:p>
    <w:p>
      <w:r>
        <w:t>Firma del paciente o de su representante:</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