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CONSENTIMIENTO INFORMADO PARA TATUAJE O MICROPIGMENTACIÓN</w:t>
      </w:r>
    </w:p>
    <w:p>
      <w:r>
        <w:rPr>
          <w:b/>
        </w:rPr>
        <w:t>Establecimiento.</w:t>
      </w:r>
      <w:r>
        <w:t xml:space="preserve"> Nombre: ______________________, con NIF __________ y dirección ______________________. N.º de registro sanitario (si tu comunidad lo exige): __________.</w:t>
      </w:r>
    </w:p>
    <w:p>
      <w:r>
        <w:rPr>
          <w:b/>
        </w:rPr>
        <w:t>Aplicador/a.</w:t>
      </w:r>
      <w:r>
        <w:t xml:space="preserve"> D./Dña. ______________________, con DNI/NIE __________.</w:t>
      </w:r>
    </w:p>
    <w:p>
      <w:r>
        <w:rPr>
          <w:b/>
        </w:rPr>
        <w:t>Cliente.</w:t>
      </w:r>
      <w:r>
        <w:t xml:space="preserve"> D./Dña. ______________________, con DNI/NIE/pasaporte __________, nacido/a el ____/____/______, teléfono __________.</w:t>
      </w:r>
    </w:p>
    <w:p>
      <w:r>
        <w:rPr>
          <w:b/>
        </w:rPr>
        <w:t>Representante legal (si el cliente es menor no emancipado).</w:t>
      </w:r>
      <w:r>
        <w:t xml:space="preserve"> D./Dña. ______________________, con DNI/NIE __________, como ☐ padre ☐ madre ☐ tutor/a.</w:t>
      </w:r>
    </w:p>
    <w:p>
      <w:r>
        <w:rPr>
          <w:b/>
        </w:rPr>
        <w:t>Práctica:</w:t>
      </w:r>
      <w:r>
        <w:t xml:space="preserve"> ☐ Tatuaje ☐ Micropigmentación ☐ Microblading ☐ Otra: ______________________. Zona: __________. Diseño y tamaño: ______________________.</w:t>
      </w:r>
    </w:p>
    <w:p>
      <w:r>
        <w:rPr>
          <w:b/>
        </w:rPr>
        <w:t>Productos y pigmentos:</w:t>
      </w:r>
      <w:r>
        <w:t xml:space="preserve"> marca ______________________, lote __________.</w:t>
      </w:r>
    </w:p>
    <w:p>
      <w:r>
        <w:rPr>
          <w:b/>
        </w:rPr>
        <w:t>En qué consiste:</w:t>
      </w:r>
      <w:r>
        <w:t xml:space="preserve"> ____________________________________________</w:t>
      </w:r>
    </w:p>
    <w:p>
      <w:r>
        <w:rPr>
          <w:b/>
        </w:rPr>
        <w:t>Riesgos y complicaciones posibles:</w:t>
      </w:r>
      <w:r>
        <w:t xml:space="preserve"> ____________________________________________</w:t>
      </w:r>
    </w:p>
    <w:p>
      <w:r>
        <w:rPr>
          <w:b/>
        </w:rPr>
        <w:t>Cuidados después:</w:t>
      </w:r>
      <w:r>
        <w:t xml:space="preserve"> ____________________________________________</w:t>
      </w:r>
    </w:p>
    <w:p>
      <w:r>
        <w:rPr>
          <w:b/>
        </w:rPr>
        <w:t>¿Se puede quitar?</w:t>
      </w:r>
      <w:r>
        <w:t xml:space="preserve"> ______________________</w:t>
      </w:r>
    </w:p>
    <w:p>
      <w:r>
        <w:t>Me han indicado que debo consultar a un médico si tengo alguna enfermedad o si aparecen complicaciones después.</w:t>
      </w:r>
    </w:p>
    <w:p>
      <w:r>
        <w:rPr>
          <w:b/>
        </w:rPr>
        <w:t>DECLARO</w:t>
      </w:r>
      <w:r>
        <w:t xml:space="preserve"> que he recibido esta información por escrito y de forma comprensible, que he podido hacer preguntas y que me las han respondido. Sé que puedo revocar este consentimiento en cualquier momento, sin tener que explicar por qué.</w:t>
      </w:r>
    </w:p>
    <w:p>
      <w:r>
        <w:rPr>
          <w:b/>
        </w:rPr>
        <w:t>Protección de datos.</w:t>
      </w:r>
      <w:r>
        <w:t xml:space="preserve"> Responsable: ______________________. Finalidad: prestar el servicio y cumplir la normativa sanitaria. Puedo ejercer mis derechos escribiendo a ______________________.</w:t>
      </w:r>
    </w:p>
    <w:p>
      <w:r>
        <w:t xml:space="preserve">☐ </w:t>
      </w:r>
      <w:r>
        <w:rPr>
          <w:b/>
        </w:rPr>
        <w:t>DOY MI CONSENTIMIENTO</w:t>
      </w:r>
      <w:r>
        <w:t xml:space="preserve"> para la práctica descrita.</w:t>
      </w:r>
    </w:p>
    <w:p>
      <w:r>
        <w:t>En ______________, a ____ de __________ de ______.</w:t>
      </w:r>
    </w:p>
    <w:p>
      <w:r>
        <w:t>Firma del cliente o representante:     Firma del aplicador/a: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