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INFORMADO PARA INTERVENCIÓN PSICOLÓGICA</w:t>
      </w:r>
    </w:p>
    <w:p>
      <w:r>
        <w:rPr>
          <w:b/>
        </w:rPr>
        <w:t>Profesional.</w:t>
      </w:r>
      <w:r>
        <w:t xml:space="preserve"> D./Dña. ______________________, psicólogo/a, n.º de colegiado/a __________. Centro o consulta: ______________________, con NIF __________.</w:t>
      </w:r>
    </w:p>
    <w:p>
      <w:r>
        <w:rPr>
          <w:b/>
        </w:rPr>
        <w:t>Paciente.</w:t>
      </w:r>
      <w:r>
        <w:t xml:space="preserve"> D./Dña. ______________________, con DNI/NIE __________, nacido/a el ____/____/______, teléfono __________ y correo ______________________.</w:t>
      </w:r>
    </w:p>
    <w:p>
      <w:r>
        <w:rPr>
          <w:b/>
        </w:rPr>
        <w:t>Si es menor: progenitores o representantes.</w:t>
      </w:r>
      <w:r>
        <w:t xml:space="preserve"> D./Dña. ______________________, con DNI/NIE __________, y D./Dña. ______________________, con DNI/NIE __________.</w:t>
      </w:r>
    </w:p>
    <w:p>
      <w:r>
        <w:rPr>
          <w:b/>
        </w:rPr>
        <w:t>Intervención propuesta:</w:t>
      </w:r>
      <w:r>
        <w:t xml:space="preserve"> ☐ Evaluación psicológica ☐ Tratamiento psicológico ☐ Otra: ______________________. Modalidad: ☐ Presencial ☐ En línea.</w:t>
      </w:r>
    </w:p>
    <w:p>
      <w:r>
        <w:rPr>
          <w:b/>
        </w:rPr>
        <w:t>En qué consiste y objetivos:</w:t>
      </w:r>
      <w:r>
        <w:t xml:space="preserve"> ____________________________________________</w:t>
      </w:r>
    </w:p>
    <w:p>
      <w:r>
        <w:rPr>
          <w:b/>
        </w:rPr>
        <w:t>Frecuencia y duración de las sesiones:</w:t>
      </w:r>
      <w:r>
        <w:t xml:space="preserve"> ______________________. Duración prevista: ______________________.</w:t>
      </w:r>
    </w:p>
    <w:p>
      <w:r>
        <w:rPr>
          <w:b/>
        </w:rPr>
        <w:t>Posibles efectos o molestias durante el proceso:</w:t>
      </w:r>
      <w:r>
        <w:t xml:space="preserve"> ____________________________________________</w:t>
      </w:r>
    </w:p>
    <w:p>
      <w:r>
        <w:rPr>
          <w:b/>
        </w:rPr>
        <w:t>Alternativas:</w:t>
      </w:r>
      <w:r>
        <w:t xml:space="preserve"> ______________________</w:t>
      </w:r>
    </w:p>
    <w:p>
      <w:r>
        <w:rPr>
          <w:b/>
        </w:rPr>
        <w:t>Confidencialidad.</w:t>
      </w:r>
      <w:r>
        <w:t xml:space="preserve"> Lo que cuente en las sesiones es confidencial. Límites de la confidencialidad: ____________________________________________</w:t>
      </w:r>
    </w:p>
    <w:p>
      <w:r>
        <w:rPr>
          <w:b/>
        </w:rPr>
        <w:t>Grabación.</w:t>
      </w:r>
      <w:r>
        <w:t xml:space="preserve"> ☐ Las sesiones no se graban. ☐ Acepto que se graben para ______________________. Puedo retirar este permiso cuando quiera.</w:t>
      </w:r>
    </w:p>
    <w:p>
      <w:r>
        <w:rPr>
          <w:b/>
        </w:rPr>
        <w:t>Honorarios y cancelaciones:</w:t>
      </w:r>
      <w:r>
        <w:t xml:space="preserve"> ______________________</w:t>
      </w:r>
    </w:p>
    <w:p>
      <w:r>
        <w:rPr>
          <w:b/>
        </w:rPr>
        <w:t>DECLARO</w:t>
      </w:r>
      <w:r>
        <w:t xml:space="preserve"> que he recibido esta información de forma comprensible, que he podido hacer preguntas y que me las han respondido. Sé que puedo revocar este consentimiento y dejar la intervención en cualquier momento.</w:t>
      </w:r>
    </w:p>
    <w:p>
      <w:r>
        <w:rPr>
          <w:b/>
        </w:rPr>
        <w:t>Protección de datos.</w:t>
      </w:r>
      <w:r>
        <w:t xml:space="preserve"> Responsable: ______________________. Finalidad: prestar la atención psicológica y llevar mi historia clínica. Puedo ejercer mis derechos escribiendo a ______________________. Más información: ______________________.</w:t>
      </w:r>
    </w:p>
    <w:p>
      <w:r>
        <w:t xml:space="preserve">☐ </w:t>
      </w:r>
      <w:r>
        <w:rPr>
          <w:b/>
        </w:rPr>
        <w:t>DOY MI CONSENTIMIENTO</w:t>
      </w:r>
      <w:r>
        <w:t xml:space="preserve"> para la intervención descrita.</w:t>
      </w:r>
    </w:p>
    <w:p>
      <w:r>
        <w:t>En ______________, a ____ de __________ de ______.</w:t>
      </w:r>
    </w:p>
    <w:p>
      <w:r>
        <w:t>Firma del paciente o de los progenitores:     Firma del profesional: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