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CONSENTIMIENTO INFORMADO PARA TRATAMIENTO ODONTOLÓGICO</w:t>
      </w:r>
    </w:p>
    <w:p>
      <w:r>
        <w:rPr>
          <w:b/>
        </w:rPr>
        <w:t>Centro y profesional.</w:t>
      </w:r>
      <w:r>
        <w:t xml:space="preserve"> Centro o consulta: ______________________, con NIF __________ y dirección ______________________. Odontólogo/a: D./Dña. ______________________, n.º de colegiado/a __________.</w:t>
      </w:r>
    </w:p>
    <w:p>
      <w:r>
        <w:rPr>
          <w:b/>
        </w:rPr>
        <w:t>Paciente.</w:t>
      </w:r>
      <w:r>
        <w:t xml:space="preserve"> D./Dña. ______________________, con DNI/NIE __________, nacido/a el ____/____/______, teléfono __________ y correo ______________________.</w:t>
      </w:r>
    </w:p>
    <w:p>
      <w:r>
        <w:rPr>
          <w:b/>
        </w:rPr>
        <w:t>Representante legal (solo si procede).</w:t>
      </w:r>
      <w:r>
        <w:t xml:space="preserve"> D./Dña. ______________________, con DNI/NIE __________, como ☐ padre ☐ madre ☐ tutor/a ☐ otro: __________.</w:t>
      </w:r>
    </w:p>
    <w:p>
      <w:r>
        <w:rPr>
          <w:b/>
        </w:rPr>
        <w:t>Tratamiento propuesto:</w:t>
      </w:r>
      <w:r>
        <w:t xml:space="preserve"> ☐ Exploración y diagnóstico ☐ Limpieza ☐ Empaste ☐ Endodoncia ☐ Extracción ☐ Otro: ______________________. Pieza o zona: __________.</w:t>
      </w:r>
    </w:p>
    <w:p>
      <w:r>
        <w:rPr>
          <w:b/>
        </w:rPr>
        <w:t>En qué consiste:</w:t>
      </w:r>
      <w:r>
        <w:t xml:space="preserve"> ____________________________________________</w:t>
      </w:r>
    </w:p>
    <w:p>
      <w:r>
        <w:rPr>
          <w:b/>
        </w:rPr>
        <w:t>Objetivo y beneficios esperados:</w:t>
      </w:r>
      <w:r>
        <w:t xml:space="preserve"> ______________________</w:t>
      </w:r>
    </w:p>
    <w:p>
      <w:r>
        <w:rPr>
          <w:b/>
        </w:rPr>
        <w:t>Número de sesiones previsto:</w:t>
      </w:r>
      <w:r>
        <w:t xml:space="preserve"> __________</w:t>
      </w:r>
    </w:p>
    <w:p>
      <w:r>
        <w:rPr>
          <w:b/>
        </w:rPr>
        <w:t>Anestesia:</w:t>
      </w:r>
      <w:r>
        <w:t xml:space="preserve"> ☐ No se prevé ☐ Anestesia local. Riesgos de la anestesia: ______________________</w:t>
      </w:r>
    </w:p>
    <w:p>
      <w:r>
        <w:rPr>
          <w:b/>
        </w:rPr>
        <w:t>Pruebas necesarias:</w:t>
      </w:r>
      <w:r>
        <w:t xml:space="preserve"> ☐ Radiografías ☐ Otras: ______________________</w:t>
      </w:r>
    </w:p>
    <w:p>
      <w:r>
        <w:rPr>
          <w:b/>
        </w:rPr>
        <w:t>Consecuencias seguras o muy probables:</w:t>
      </w:r>
      <w:r>
        <w:t xml:space="preserve"> ____________________________________________</w:t>
      </w:r>
    </w:p>
    <w:p>
      <w:r>
        <w:rPr>
          <w:b/>
        </w:rPr>
        <w:t>Riesgos frecuentes:</w:t>
      </w:r>
      <w:r>
        <w:t xml:space="preserve"> ____________________________________________</w:t>
      </w:r>
    </w:p>
    <w:p>
      <w:r>
        <w:rPr>
          <w:b/>
        </w:rPr>
        <w:t>Riesgos poco frecuentes pero graves:</w:t>
      </w:r>
      <w:r>
        <w:t xml:space="preserve"> ____________________________________________</w:t>
      </w:r>
    </w:p>
    <w:p>
      <w:r>
        <w:rPr>
          <w:b/>
        </w:rPr>
        <w:t>Riesgos según mis circunstancias personales o profesionales:</w:t>
      </w:r>
      <w:r>
        <w:t xml:space="preserve"> ______________________</w:t>
      </w:r>
    </w:p>
    <w:p>
      <w:r>
        <w:rPr>
          <w:b/>
        </w:rPr>
        <w:t>Contraindicaciones:</w:t>
      </w:r>
      <w:r>
        <w:t xml:space="preserve"> ______________________</w:t>
      </w:r>
    </w:p>
    <w:p>
      <w:r>
        <w:rPr>
          <w:b/>
        </w:rPr>
        <w:t>Alternativas:</w:t>
      </w:r>
      <w:r>
        <w:t xml:space="preserve"> ____________________________________________, y la de no recibir el tratamiento, con estas consecuencias: ______________________</w:t>
      </w:r>
    </w:p>
    <w:p>
      <w:r>
        <w:rPr>
          <w:b/>
        </w:rPr>
        <w:t>Cuidados y recomendaciones después:</w:t>
      </w:r>
      <w:r>
        <w:t xml:space="preserve"> ______________________</w:t>
      </w:r>
    </w:p>
    <w:p>
      <w:r>
        <w:rPr>
          <w:b/>
        </w:rPr>
        <w:t>DECLARO</w:t>
      </w:r>
      <w:r>
        <w:t xml:space="preserve"> que he recibido esta información de forma comprensible, que he podido hacer preguntas y que me las han respondido. Sé que puedo revocar este consentimiento libremente y por escrito en cualquier momento.</w:t>
      </w:r>
    </w:p>
    <w:p>
      <w:r>
        <w:rPr>
          <w:b/>
        </w:rPr>
        <w:t>Protección de datos.</w:t>
      </w:r>
      <w:r>
        <w:t xml:space="preserve"> Responsable: ______________________. Finalidad: prestar la asistencia y llevar mi historia clínica. Puedo ejercer mis derechos de acceso, rectificación, supresión y los demás que reconoce la ley escribiendo a ______________________. Más información: ______________________.</w:t>
      </w:r>
    </w:p>
    <w:p>
      <w:r>
        <w:t xml:space="preserve">☐ </w:t>
      </w:r>
      <w:r>
        <w:rPr>
          <w:b/>
        </w:rPr>
        <w:t>DOY MI CONSENTIMIENTO</w:t>
      </w:r>
      <w:r>
        <w:t xml:space="preserve"> para el tratamiento descrito.</w:t>
      </w:r>
    </w:p>
    <w:p>
      <w:r>
        <w:t>En ______________, a ____ de __________ de ______.</w:t>
      </w:r>
    </w:p>
    <w:p>
      <w:r>
        <w:t>Firma del paciente o representante:     Firma del profesional:</w:t>
      </w:r>
    </w:p>
    <w:p>
      <w:r>
        <w:rPr>
          <w:b/>
        </w:rPr>
        <w:t>REVOCACIÓN.</w:t>
      </w:r>
      <w:r>
        <w:t xml:space="preserve"> Revoco el consentimiento firmado el ____/____/______. En ______________, a ____ de __________ de ______. Firma: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