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CONSENTIMIENTO PARA LA EVALUACIÓN PSICOPEDAGÓGICA</w:t>
      </w:r>
    </w:p>
    <w:p>
      <w:r>
        <w:rPr>
          <w:b/>
        </w:rPr>
        <w:t>Alumno/a:</w:t>
      </w:r>
      <w:r>
        <w:t xml:space="preserve"> ______________________, del curso ______ y grupo ______, nacido/a el ____/____/______.</w:t>
      </w:r>
    </w:p>
    <w:p>
      <w:r>
        <w:rPr>
          <w:b/>
        </w:rPr>
        <w:t>Progenitores o tutores:</w:t>
      </w:r>
      <w:r>
        <w:t xml:space="preserve"> D./Dña. ______________________, con DNI/NIE __________, y D./Dña. ______________________, con DNI/NIE __________.</w:t>
      </w:r>
    </w:p>
    <w:p>
      <w:r>
        <w:rPr>
          <w:b/>
        </w:rPr>
        <w:t>Hemos sido informados de:</w:t>
      </w:r>
    </w:p>
    <w:p>
      <w:r>
        <w:t>Motivo de la evaluación: ____________________________________________</w:t>
      </w:r>
    </w:p>
    <w:p>
      <w:r>
        <w:t>Quién la hace: ______________________ (servicio o departamento de orientación).</w:t>
      </w:r>
    </w:p>
    <w:p>
      <w:r>
        <w:t>Qué incluye (pruebas, observación, entrevistas): ____________________________________________</w:t>
      </w:r>
    </w:p>
    <w:p>
      <w:r>
        <w:t>Quién conocerá los resultados: ______________________. Cómo se nos comunicarán: ______________________.</w:t>
      </w:r>
    </w:p>
    <w:p>
      <w:r>
        <w:t xml:space="preserve">☐ </w:t>
      </w:r>
      <w:r>
        <w:rPr>
          <w:b/>
        </w:rPr>
        <w:t>DAMOS NUESTRO CONSENTIMIENTO</w:t>
      </w:r>
      <w:r>
        <w:t xml:space="preserve"> para la evaluación psicopedagógica. ☐ </w:t>
      </w:r>
      <w:r>
        <w:rPr>
          <w:b/>
        </w:rPr>
        <w:t>NO DAMOS</w:t>
      </w:r>
      <w:r>
        <w:t xml:space="preserve"> nuestro consentimiento.</w:t>
      </w:r>
    </w:p>
    <w:p>
      <w:r>
        <w:t>Sabemos que podemos revocar este consentimiento por escrito en cualquier momento.</w:t>
      </w:r>
    </w:p>
    <w:p>
      <w:r>
        <w:rPr>
          <w:b/>
        </w:rPr>
        <w:t>Protección de datos.</w:t>
      </w:r>
      <w:r>
        <w:t xml:space="preserve"> Responsable: ______________________. Los datos se usarán solo para esta finalidad y los conocerá el personal del centro que lo necesite. Puedo ejercer mis derechos escribiendo a ______________________.</w:t>
      </w:r>
    </w:p>
    <w:p>
      <w:r>
        <w:t>En ______________, a ____ de __________ de ______.</w:t>
      </w:r>
    </w:p>
    <w:p>
      <w:r>
        <w:t>Firma del progenitor/a 1:     Firma del progenitor/a 2: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