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INFORMACIÓN SOBRE PROTECCIÓN DE DATOS PARA LAS FAMILIAS</w:t>
      </w:r>
    </w:p>
    <w:p>
      <w:r>
        <w:rPr>
          <w:b/>
        </w:rPr>
        <w:t>Quién trata los datos.</w:t>
      </w:r>
      <w:r>
        <w:t xml:space="preserve"> ______________________ (nombre del centro), CIF __________, domicilio ______________________, correo ______________________.</w:t>
      </w:r>
    </w:p>
    <w:p>
      <w:r>
        <w:rPr>
          <w:b/>
        </w:rPr>
        <w:t>Delegado de protección de datos.</w:t>
      </w:r>
      <w:r>
        <w:t xml:space="preserve"> ______________________, correo ______________________.</w:t>
      </w:r>
    </w:p>
    <w:p>
      <w:r>
        <w:rPr>
          <w:b/>
        </w:rPr>
        <w:t>Para qué.</w:t>
      </w:r>
      <w:r>
        <w:t xml:space="preserve"> Para la función educativa y orientadora del alumnado: matrícula, enseñanza, evaluación, tutoría, orientación, atención a la salud cuando haga falta y comunicación con las familias. También para gestionar los servicios que contratéis, como el comedor o las extraescolares.</w:t>
      </w:r>
    </w:p>
    <w:p>
      <w:r>
        <w:rPr>
          <w:b/>
        </w:rPr>
        <w:t>Por qué podemos usarlos.</w:t>
      </w:r>
      <w:r>
        <w:t xml:space="preserve"> Los datos necesarios para la función educativa los tratamos sin pedir vuestro consentimiento, como permite la disposición adicional vigesimotercera de la Ley Orgánica 2/2006, de Educación. Los de los servicios que contratéis, por esa relación con el centro. Para todo lo demás, solo con vuestro consentimiento, en las casillas de abajo.</w:t>
      </w:r>
    </w:p>
    <w:p>
      <w:r>
        <w:rPr>
          <w:b/>
        </w:rPr>
        <w:t>¿Es obligatorio darlos?</w:t>
      </w:r>
      <w:r>
        <w:t xml:space="preserve"> Sí, los necesarios para la escolarización: la ley pide a las familias que colaboren. Sin ellos no podemos atender bien al alumno/a. Los permisos de abajo son voluntarios.</w:t>
      </w:r>
    </w:p>
    <w:p>
      <w:r>
        <w:rPr>
          <w:b/>
        </w:rPr>
        <w:t>Quién más los recibe.</w:t>
      </w:r>
      <w:r>
        <w:t xml:space="preserve"> La administración educativa, cuando la ley lo prevé. Las empresas que nos prestan servicios, solo para ese servicio: ______________________. Nadie más, salvo obligación legal.</w:t>
      </w:r>
    </w:p>
    <w:p>
      <w:r>
        <w:rPr>
          <w:b/>
        </w:rPr>
        <w:t>Fuera de la Unión Europea.</w:t>
      </w:r>
      <w:r>
        <w:t xml:space="preserve"> ☐ No enviamos datos fuera de la UE. ☐ Sí, a ______________________, con estas garantías: ______________________.</w:t>
      </w:r>
    </w:p>
    <w:p>
      <w:r>
        <w:rPr>
          <w:b/>
        </w:rPr>
        <w:t>Cuánto tiempo.</w:t>
      </w:r>
      <w:r>
        <w:t xml:space="preserve"> Mientras el alumno/a esté en el centro y después el tiempo que fijen las normas aplicables. El expediente académico se conserva. Las fotos publicadas con vuestro permiso se retiran cuando lo retiréis.</w:t>
      </w:r>
    </w:p>
    <w:p>
      <w:r>
        <w:rPr>
          <w:b/>
        </w:rPr>
        <w:t>Vuestros derechos.</w:t>
      </w:r>
      <w:r>
        <w:t xml:space="preserve"> Podéis pedir el acceso, la rectificación, la supresión, la limitación o la portabilidad de los datos, u oponeros a su uso, escribiendo a ______________________. Si dais un permiso, podéis retirarlo cuando queráis, sin que afecte a lo hecho antes. Y podéis reclamar ante la Agencia Española de Protección de Datos (www.aepd.es).</w:t>
      </w:r>
    </w:p>
    <w:p>
      <w:r>
        <w:rPr>
          <w:b/>
        </w:rPr>
        <w:t>Padres separados.</w:t>
      </w:r>
      <w:r>
        <w:t xml:space="preserve"> Los dos progenitores con patria potestad reciben la información sobre el proceso educativo, tenga quien tenga la custodia, salvo que una resolución judicial lo impida.</w:t>
      </w:r>
    </w:p>
    <w:p>
      <w:r>
        <w:rPr>
          <w:b/>
        </w:rPr>
        <w:t>PERMISOS VOLUNTARIOS</w:t>
      </w:r>
    </w:p>
    <w:p>
      <w:r>
        <w:t>Marcad solo lo que queráis. Si no marcáis nada, no cambia nada en la escolarización del alumno/a. Podéis cambiar de opinión cuando queráis escribiendo a ______________________.</w:t>
      </w:r>
    </w:p>
    <w:p>
      <w:r>
        <w:t>☐ Sí ☐ No: publicar fotos y vídeos del alumno/a en actividades del centro en la web pública del centro.</w:t>
      </w:r>
    </w:p>
    <w:p>
      <w:r>
        <w:t>☐ Sí ☐ No: publicarlos en la zona privada de la web o de la plataforma del centro, con contraseña, solo para las familias del centro.</w:t>
      </w:r>
    </w:p>
    <w:p>
      <w:r>
        <w:t>☐ Sí ☐ No: publicarlos en las redes sociales del centro (______________________), donde los puede ver cualquier persona.</w:t>
      </w:r>
    </w:p>
    <w:p>
      <w:r>
        <w:t>☐ Sí ☐ No: publicarlos en la revista, la orla y los paneles del centro.</w:t>
      </w:r>
    </w:p>
    <w:p>
      <w:r>
        <w:t>☐ Sí ☐ No: dar nuestro nombre y correo al AMPA para que nos informe de sus actividades.</w:t>
      </w:r>
    </w:p>
    <w:p>
      <w:r>
        <w:t>☐ Sí ☐ No: dar el nombre y el curso del alumno/a a museos, empresas u organizadores de concursos para preparar visitas y actividades.</w:t>
      </w:r>
    </w:p>
    <w:p>
      <w:r>
        <w:t>D./Dña. ______________________, con DNI/NIE __________, como ☐ padre ☐ madre ☐ tutor/a legal del alumno/a ______________________, del curso ______ y grupo ______,</w:t>
      </w:r>
    </w:p>
    <w:p>
      <w:r>
        <w:t>declaro que he recibido esta información y marco arriba los permisos que doy.</w:t>
      </w:r>
    </w:p>
    <w:p>
      <w:r>
        <w:t>En ______________, a ____ de __________ de ______.</w:t>
      </w:r>
    </w:p>
    <w:p>
      <w:r>
        <w:t>Firma del padre, madre o tutor/a:</w:t>
      </w:r>
    </w:p>
    <w:p>
      <w:r>
        <w:t>Si el alumno/a es mayor de 14 años, los permisos los da él o ella. Nombre y firma del alumno/a: ______________________.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