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CIRCULAR A LAS FAMILIAS</w:t>
      </w:r>
    </w:p>
    <w:p>
      <w:r>
        <w:t>Centro: ______________________. Curso escolar: ______. Fecha: ____/____/______.</w:t>
      </w:r>
    </w:p>
    <w:p>
      <w:r>
        <w:rPr>
          <w:b/>
        </w:rPr>
        <w:t>Asunto:</w:t>
      </w:r>
      <w:r>
        <w:t xml:space="preserve"> ______________________.</w:t>
      </w:r>
    </w:p>
    <w:p>
      <w:r>
        <w:t>Estimadas familias: ______________________.</w:t>
      </w:r>
    </w:p>
    <w:p>
      <w:r>
        <w:t>Día y hora: ______________________. Lugar: ______________________.</w:t>
      </w:r>
    </w:p>
    <w:p>
      <w:r>
        <w:t>Os pedimos que confirméis que la habéis leído antes del ____/____/______.</w:t>
      </w:r>
    </w:p>
    <w:p>
      <w:r>
        <w:t>Para cualquier duda: ______________________, teléfono __________.</w:t>
      </w:r>
    </w:p>
    <w:p>
      <w:r>
        <w:rPr>
          <w:b/>
        </w:rPr>
        <w:t>ACUSE DE RECIBO</w:t>
      </w:r>
    </w:p>
    <w:p>
      <w:r>
        <w:t>D./Dña. ______________________, con DNI/NIE __________, como ☐ padre ☐ madre ☐ tutor/a legal del alumno/a ______________________, del curso ______ y grupo ______,</w:t>
      </w:r>
    </w:p>
    <w:p>
      <w:r>
        <w:rPr>
          <w:b/>
        </w:rPr>
        <w:t>DECLARO</w:t>
      </w:r>
      <w:r>
        <w:t xml:space="preserve"> que he recibido y leído la circular «______________________» del ____/____/______.</w:t>
      </w:r>
    </w:p>
    <w:p>
      <w:r>
        <w:rPr>
          <w:b/>
        </w:rPr>
        <w:t>RESPUESTA</w:t>
      </w:r>
      <w:r>
        <w:t xml:space="preserve"> (solo si la circular la pide):</w:t>
      </w:r>
    </w:p>
    <w:p>
      <w:r>
        <w:t>☐ Asistiré ☐ No asistiré. Número de asistentes: ______.</w:t>
      </w:r>
    </w:p>
    <w:p>
      <w:r>
        <w:t>☐ Estoy conforme ☐ No estoy conforme.</w:t>
      </w:r>
    </w:p>
    <w:p>
      <w:r>
        <w:t>Observaciones: ______________________.</w:t>
      </w:r>
    </w:p>
    <w:p>
      <w:r>
        <w:rPr>
          <w:b/>
        </w:rPr>
        <w:t>Protección de datos.</w:t>
      </w:r>
      <w:r>
        <w:t xml:space="preserve"> Responsable: ______________________. Los datos se usarán solo para esta finalidad y los conocerá el personal del centro que lo necesite. Puedo ejercer mis derechos escribiendo a ______________________.</w:t>
      </w:r>
    </w:p>
    <w:p>
      <w:r>
        <w:t>En ______________, a ____ de __________ de ______.</w:t>
      </w:r>
    </w:p>
    <w:p>
      <w:r>
        <w:t>Firma del padre, madre o tutor/a: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