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DE USO DE IMAGEN</w:t>
      </w:r>
    </w:p>
    <w:p>
      <w:r>
        <w:t>D./Dña. ______________________, con DNI __________, como padre/madre/tutor de ______________________,</w:t>
      </w:r>
    </w:p>
    <w:p>
      <w:r>
        <w:t>autorizo a ______________________ a utilizar fotografías y vídeos de mi hijo/a tomados en sus actividades, en:</w:t>
      </w:r>
    </w:p>
    <w:p>
      <w:r>
        <w:t>☐ Su página web   ☐ Sus redes sociales   ☐ Revistas y carteles</w:t>
      </w:r>
    </w:p>
    <w:p>
      <w:r>
        <w:t>Puedo retirar este consentimiento en cualquier momento escribiendo a ______________________.</w:t>
      </w:r>
    </w:p>
    <w:p>
      <w:r>
        <w:t>En ______________, a ____ de __________ de ______.</w:t>
      </w:r>
    </w:p>
    <w:p>
      <w:r>
        <w:t>Firma:</w:t>
      </w:r>
    </w:p>
    <w:p/>
    <w:p>
      <w:r>
        <w:t>Modelo de MultiDocs · multidocs.es — Puedes firmarlo gratis desde el móvil en multidocs.es/firmar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