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CARTA DE BAJA VOLUNTARIA</w:t>
      </w:r>
    </w:p>
    <w:p>
      <w:r>
        <w:t>A la atención de ______________________ (empresa), CIF __________.</w:t>
      </w:r>
    </w:p>
    <w:p>
      <w:r>
        <w:t>D./Dña. ______________________, con DNI/NIE __________, que presta servicios como ______________________,</w:t>
      </w:r>
    </w:p>
    <w:p>
      <w:r>
        <w:t>COMUNICA su decisión de causar baja voluntaria en la empresa, con efectos del día ____/____/______, respetando el preaviso establecido en el convenio colectivo aplicable.</w:t>
      </w:r>
    </w:p>
    <w:p>
      <w:r>
        <w:t>Solicita que se le abone la liquidación correspondiente.</w:t>
      </w:r>
    </w:p>
    <w:p>
      <w:r>
        <w:t>En ______________, a ____ de __________ de ______.</w:t>
      </w:r>
    </w:p>
    <w:p>
      <w:r>
        <w:t>Firma del trabajador/a:     Recibí de la empresa (fecha y firma):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