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PARA EL VIAJE DE FIN DE CURSO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t>y D./Dña. ______________________, con DNI/NIE __________, como ☐ padre ☐ madre ☐ tutor/a legal del mismo alumno/a,</w:t>
      </w:r>
    </w:p>
    <w:p>
      <w:r>
        <w:rPr>
          <w:b/>
        </w:rPr>
        <w:t>AUTORIZAMOS</w:t>
      </w:r>
      <w:r>
        <w:t xml:space="preserve"> a nuestro hijo/a a participar en el viaje de fin de curso que organiza el centro ______________________, en las condiciones de este documento y del programa que nos ha entregado el centro.</w:t>
      </w:r>
    </w:p>
    <w:p>
      <w:r>
        <w:rPr>
          <w:b/>
        </w:rPr>
        <w:t>Destino:</w:t>
      </w:r>
      <w:r>
        <w:t xml:space="preserve"> ______________________. </w:t>
      </w:r>
      <w:r>
        <w:rPr>
          <w:b/>
        </w:rPr>
        <w:t>Salida:</w:t>
      </w:r>
      <w:r>
        <w:t xml:space="preserve"> el ____/____/______ a las ____ h desde ______________________. </w:t>
      </w:r>
      <w:r>
        <w:rPr>
          <w:b/>
        </w:rPr>
        <w:t>Regreso:</w:t>
      </w:r>
      <w:r>
        <w:t xml:space="preserve"> el ____/____/______ hacia las ____ h a ______________________.</w:t>
      </w:r>
    </w:p>
    <w:p>
      <w:r>
        <w:rPr>
          <w:b/>
        </w:rPr>
        <w:t>Transporte:</w:t>
      </w:r>
      <w:r>
        <w:t xml:space="preserve"> ☐ autocar ☐ tren ☐ avión ☐ barco ☐ otro: __________. </w:t>
      </w:r>
      <w:r>
        <w:rPr>
          <w:b/>
        </w:rPr>
        <w:t>Alojamiento:</w:t>
      </w:r>
      <w:r>
        <w:t xml:space="preserve"> ______________________.</w:t>
      </w:r>
    </w:p>
    <w:p>
      <w:r>
        <w:rPr>
          <w:b/>
        </w:rPr>
        <w:t>Responsable del viaje:</w:t>
      </w:r>
      <w:r>
        <w:t xml:space="preserve"> el centro, con el profesorado acompañante. Teléfono del viaje, disponible a cualquier hora: __________.</w:t>
      </w:r>
    </w:p>
    <w:p>
      <w:r>
        <w:rPr>
          <w:b/>
        </w:rPr>
        <w:t>Coste y pagos.</w:t>
      </w:r>
      <w:r>
        <w:t xml:space="preserve"> Precio total: ______ €. Primer pago: ______ € antes del ____/____/______. Segundo pago: ______ € antes del ____/____/______.</w:t>
      </w:r>
    </w:p>
    <w:p>
      <w:r>
        <w:t>Forma de pago: ☐ transferencia a la cuenta ______________________ ☐ otra: __________. Si mi hijo/a se da de baja, se devolverá: ______________________.</w:t>
      </w:r>
    </w:p>
    <w:p>
      <w:r>
        <w:rPr>
          <w:b/>
        </w:rPr>
        <w:t>Seguro.</w:t>
      </w:r>
      <w:r>
        <w:t xml:space="preserve"> El viaje incluye seguro de ☐ asistencia en viaje ☐ accidentes ☐ responsabilidad civil ☐ cancelación, contratado con ______________________.</w:t>
      </w:r>
    </w:p>
    <w:p>
      <w:r>
        <w:rPr>
          <w:b/>
        </w:rPr>
        <w:t>Documentación.</w:t>
      </w:r>
      <w:r>
        <w:t xml:space="preserve"> Mi hijo/a llevará: ☐ DNI en vigor ☐ pasaporte en vigor ☐ tarjeta sanitaria ☐ Tarjeta Sanitaria Europea ☐ declaración oficial de permiso de viaje (si sale de España).</w:t>
      </w:r>
    </w:p>
    <w:p>
      <w:r>
        <w:rPr>
          <w:b/>
        </w:rPr>
        <w:t>Salud.</w:t>
      </w:r>
      <w:r>
        <w:t xml:space="preserve"> Alergias o intolerancias: ______________________. Enfermedades o necesidades que debe conocer el profesorado: ______________________.</w:t>
      </w:r>
    </w:p>
    <w:p>
      <w:r>
        <w:t>Medicación que toma (nombre, dosis y horario): ______________________. ☐ Adjunto la prescripción médica y entrego la medicación en su envase original, con su nombre.</w:t>
      </w:r>
    </w:p>
    <w:p>
      <w:r>
        <w:rPr>
          <w:b/>
        </w:rPr>
        <w:t>Urgencia médica.</w:t>
      </w:r>
      <w:r>
        <w:t xml:space="preserve"> Si mi hijo/a necesita atención médica urgente, autorizo al profesorado a acompañarle a un centro sanitario. Sé que las decisiones médicas las toma el personal sanitario y que el centro me avisará en cuanto pueda.</w:t>
      </w:r>
    </w:p>
    <w:p>
      <w:r>
        <w:rPr>
          <w:b/>
        </w:rPr>
        <w:t>Normas de convivencia.</w:t>
      </w:r>
      <w:r>
        <w:t xml:space="preserve"> Hemos leído con nuestro hijo/a las normas del viaje. Si las incumple de forma grave, el centro podrá aplicar sus normas de convivencia y avisarnos para organizar su vuelta antes de tiempo. Los gastos de esa vuelta corren a cargo de la familia.</w:t>
      </w:r>
    </w:p>
    <w:p>
      <w:r>
        <w:rPr>
          <w:b/>
        </w:rPr>
        <w:t>Contacto de la familia durante el viaje:</w:t>
      </w:r>
      <w:r>
        <w:t xml:space="preserve"> teléfono 1: __________. Teléfono 2: __________.</w:t>
      </w:r>
    </w:p>
    <w:p>
      <w:r>
        <w:rPr>
          <w:b/>
        </w:rPr>
        <w:t>Fotos.</w:t>
      </w:r>
      <w:r>
        <w:t xml:space="preserve"> Las fotos del viaje para la web, la revista o las redes del centro se autorizan aparte, en el documento de cesión de imagen.</w:t>
      </w:r>
    </w:p>
    <w:p>
      <w:r>
        <w:rPr>
          <w:b/>
        </w:rPr>
        <w:t>Protección de datos.</w:t>
      </w:r>
      <w:r>
        <w:t xml:space="preserve"> Responsable: ______________________. Los datos de salud se usarán solo para cuidar de mi hijo/a durante el viaje y los conocerá el profesorado acompañante. A la agencia, el alojamiento o la aseguradora (______________________) solo se les darán los datos necesarios para el viaje.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 ______________________</w:t>
      </w:r>
    </w:p>
    <w:p>
      <w:r>
        <w:t>Firma del otro progenitor o tutor/a: ______________________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