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PLATAFORMAS Y HERRAMIENTAS DIGITALES DEL CENTRO</w:t>
      </w:r>
    </w:p>
    <w:p>
      <w:r>
        <w:rPr>
          <w:b/>
        </w:rPr>
        <w:t>Información para las familias y el alumnado. Curso ______.</w:t>
      </w:r>
      <w:r>
        <w:t xml:space="preserve"> Centro: ______________________.</w:t>
      </w:r>
    </w:p>
    <w:p>
      <w:r>
        <w:rPr>
          <w:b/>
        </w:rPr>
        <w:t>1. Qué usamos.</w:t>
      </w:r>
      <w:r>
        <w:t xml:space="preserve"> Para dar clase, entregar tareas y comunicarnos, el centro usa estas herramientas: ______________________. La lista completa y actualizada está en ______________________.</w:t>
      </w:r>
    </w:p>
    <w:p>
      <w:r>
        <w:rPr>
          <w:b/>
        </w:rPr>
        <w:t>2. La cuenta del alumno.</w:t>
      </w:r>
      <w:r>
        <w:t xml:space="preserve"> El centro crea a cada alumno una cuenta del centro (______________________). Es solo para uso escolar y la gestiona el centro. Se borrará ______________________ después de que el alumno deje el centro.</w:t>
      </w:r>
    </w:p>
    <w:p>
      <w:r>
        <w:rPr>
          <w:b/>
        </w:rPr>
        <w:t>3. Por qué no te pedimos permiso para esto.</w:t>
      </w:r>
      <w:r>
        <w:t xml:space="preserve"> Usamos estas herramientas para la función educativa que la Ley Orgánica de Educación encomienda al centro. Por eso no dependen de tu consentimiento, pero sí tienes derecho a saber cómo funcionan.</w:t>
      </w:r>
    </w:p>
    <w:p>
      <w:r>
        <w:rPr>
          <w:b/>
        </w:rPr>
        <w:t>4. Qué datos se tratan.</w:t>
      </w:r>
      <w:r>
        <w:t xml:space="preserve"> Nombre, curso y grupo, correo del centro, tareas y trabajos, comentarios y calificaciones, y los datos técnicos necesarios para que el servicio funcione.</w:t>
      </w:r>
    </w:p>
    <w:p>
      <w:r>
        <w:rPr>
          <w:b/>
        </w:rPr>
        <w:t>5. Quién los trata.</w:t>
      </w:r>
      <w:r>
        <w:t xml:space="preserve"> Responsable: ______________________. Proveedor: ______________________, que trata los datos por cuenta del centro, con un contrato de encargo y solo siguiendo sus instrucciones. Los datos se guardan en ______________________. Si salen del Espacio Económico Europeo, lo hacen con estas garantías: ______________________.</w:t>
      </w:r>
    </w:p>
    <w:p>
      <w:r>
        <w:rPr>
          <w:b/>
        </w:rPr>
        <w:t>6. Lo que no hacemos.</w:t>
      </w:r>
      <w:r>
        <w:t xml:space="preserve"> Hemos desactivado los servicios que no son necesarios para la clase (______________________). Los datos del alumno no se usan para publicidad.</w:t>
      </w:r>
    </w:p>
    <w:p>
      <w:r>
        <w:rPr>
          <w:b/>
        </w:rPr>
        <w:t>7. Tus derechos.</w:t>
      </w:r>
      <w:r>
        <w:t xml:space="preserve"> Puedes pedir el acceso, la rectificación, la supresión o la limitación de los datos, u oponerte a su tratamiento, escribiendo a ______________________. Delegado de protección de datos: ______________________. Si no estás de acuerdo con nuestra respuesta, puedes reclamar ante la Agencia Española de Protección de Datos.</w:t>
      </w:r>
    </w:p>
    <w:p>
      <w:r>
        <w:rPr>
          <w:b/>
        </w:rPr>
        <w:t>8. Normas de uso de la cuenta.</w:t>
      </w:r>
      <w:r>
        <w:t xml:space="preserve"> La cuenta es personal: no compartas la contraseña. Úsala solo para tareas del centro. Trata con respeto a compañeros y profesores. No hagas fotos, vídeos ni capturas de otras personas sin su permiso ni las compartas. Si ves algo que te preocupa, díselo a tu tutor/a.</w:t>
      </w:r>
    </w:p>
    <w:p>
      <w:r>
        <w:rPr>
          <w:b/>
        </w:rPr>
        <w:t>PERMISOS OPCIONALES.</w:t>
      </w:r>
      <w:r>
        <w:t xml:space="preserve"> Marca lo que quieras. Decir que no, o no marcar nada, no cambia en nada las clases de tu hijo/a.</w:t>
      </w:r>
    </w:p>
    <w:p>
      <w:r>
        <w:t>☐ Sí ☐ No. Publicar trabajos del alumno/a con su nombre en la web o el blog del centro.</w:t>
      </w:r>
    </w:p>
    <w:p>
      <w:r>
        <w:t>☐ Sí ☐ No. Publicar fotos o vídeos de clase en los que se le reconozca, en la web o las redes sociales del centro.</w:t>
      </w:r>
    </w:p>
    <w:p>
      <w:r>
        <w:t>☐ Sí ☐ No. Otro uso: ______________________.</w:t>
      </w:r>
    </w:p>
    <w:p>
      <w:r>
        <w:t>Puedo retirar estos permisos cuando quiera escribiendo a ______________________.</w:t>
      </w:r>
    </w:p>
    <w:p>
      <w:r>
        <w:t>D./Dña. ______________________, con DNI/NIE __________, como ☐ padre ☐ madre ☐ tutor/a legal del alumno/a ______________________, del curso ______ y grupo ______,</w:t>
      </w:r>
    </w:p>
    <w:p>
      <w:r>
        <w:t>☐ He recibido y leído la información sobre las plataformas del centro y las normas de uso, y las he comentado con mi hijo/a. Si mi hijo/a tiene menos de 14 años, doy también los permisos opcionales que he marcado.</w:t>
      </w:r>
    </w:p>
    <w:p>
      <w:r>
        <w:t>En ______________, a ____ de __________ de ______.</w:t>
      </w:r>
    </w:p>
    <w:p>
      <w:r>
        <w:t>Firma del padre, madre o tutor/a:</w:t>
      </w:r>
    </w:p>
    <w:p>
      <w:r>
        <w:t>Si el alumno/a tiene 14 años o más, los permisos opcionales los da él o ella. Nombre del alumno/a: ______________________. Firma del alumno/a: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