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DEL PADRE, MADRE O TUTOR/A</w:t>
      </w:r>
    </w:p>
    <w:p>
      <w:r>
        <w:t>D./Dña. ______________________, con DNI/NIE __________, como ☐ padre ☐ madre ☐ tutor/a legal de ______________________, nacido/a el ____/____/______,</w:t>
      </w:r>
    </w:p>
    <w:p>
      <w:r>
        <w:rPr>
          <w:b/>
        </w:rPr>
        <w:t>AUTORIZA</w:t>
      </w:r>
      <w:r>
        <w:t xml:space="preserve"> a que participe en ______________________, organizado por ______________________, el ____/____/______ (o durante ______________________).</w:t>
      </w:r>
    </w:p>
    <w:p>
      <w:r>
        <w:t>Datos médicos o alergias que debe conocer la organización: ______________________</w:t>
      </w:r>
    </w:p>
    <w:p>
      <w:r>
        <w:t>Teléfono de contacto durante la actividad: __________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