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AUTORIZACIÓN PARA ADMINISTRAR UN MEDICAMENTO EN EL CENTRO</w:t>
      </w:r>
    </w:p>
    <w:p>
      <w:r>
        <w:t>D./Dña. ______________________, con DNI/NIE __________, como ☐ padre ☐ madre ☐ tutor/a legal del alumno/a ______________________, del curso ______ y grupo ______,</w:t>
      </w:r>
    </w:p>
    <w:p>
      <w:r>
        <w:rPr>
          <w:b/>
        </w:rPr>
        <w:t>SOLICITO Y AUTORIZO</w:t>
      </w:r>
      <w:r>
        <w:t xml:space="preserve"> al personal del centro ______________________ a darle el siguiente medicamento, según la prescripción médica que adjunto:</w:t>
      </w:r>
    </w:p>
    <w:p>
      <w:r>
        <w:t>Medicamento: ______________________. Dosis: __________. Vía: ☐ oral ☐ inhalada ☐ otra: __________.</w:t>
      </w:r>
    </w:p>
    <w:p>
      <w:r>
        <w:t>Horario: __________. Desde el ____/____/______ hasta el ____/____/______.</w:t>
      </w:r>
    </w:p>
    <w:p>
      <w:r>
        <w:t>Cómo conservarlo: ______________________. Qué hacer si no se lo puede tomar o si nota algo: ______________________.</w:t>
      </w:r>
    </w:p>
    <w:p>
      <w:r>
        <w:t>Alergias conocidas: ______________________. Médico que lo prescribe: ______________________, teléfono __________.</w:t>
      </w:r>
    </w:p>
    <w:p>
      <w:r>
        <w:t>Entrego el medicamento en su envase original, con el nombre del alumno/a. Avisaré al centro de cualquier cambio. Teléfono de contacto: __________.</w:t>
      </w:r>
    </w:p>
    <w:p>
      <w:r>
        <w:rPr>
          <w:b/>
        </w:rPr>
        <w:t>Protección de datos.</w:t>
      </w:r>
      <w:r>
        <w:t xml:space="preserve"> Responsable: ______________________. Los datos se usarán solo para esta finalidad y los conocerá el personal del centro que lo necesite. Puedo ejercer mis derechos escribiendo a ______________________.</w:t>
      </w:r>
    </w:p>
    <w:p>
      <w:r>
        <w:t>En ______________, a ____ de __________ de ______.</w:t>
      </w:r>
    </w:p>
    <w:p>
      <w:r>
        <w:t>Firma del padre, madre o tutor/a: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