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AUTORIZACIÓN PARA SALIDA ESCOLAR</w:t>
      </w:r>
    </w:p>
    <w:p>
      <w:r>
        <w:t>D./Dña. ______________________, con DNI __________, como padre / madre / tutor legal del alumno/a ______________________, del curso ______,</w:t>
      </w:r>
    </w:p>
    <w:p>
      <w:r>
        <w:t>AUTORIZO a mi hijo/a a participar en la salida a ______________________ que se realizará el día ____ de __________ de ______, con salida a las ____ h y regreso aproximado a las ____ h, en ______________________ (medio de transporte).</w:t>
      </w:r>
    </w:p>
    <w:p>
      <w:r>
        <w:t>Coste de la actividad: ______ €.</w:t>
      </w:r>
    </w:p>
    <w:p>
      <w:r>
        <w:t>Teléfono de contacto durante la salida: ______________.</w:t>
      </w:r>
    </w:p>
    <w:p>
      <w:r>
        <w:t>Observaciones (alergias, medicación…): ______________________.</w:t>
      </w:r>
    </w:p>
    <w:p>
      <w:r>
        <w:t>En ______________, a ____ de __________ de ______.</w:t>
      </w:r>
    </w:p>
    <w:p>
      <w:r>
        <w:t>Firma:</w:t>
      </w:r>
    </w:p>
    <w:p/>
    <w:p>
      <w:r>
        <w:t>Modelo de MultiDocs · multidocs.es — Puedes firmarlo gratis desde el móvil en multidocs.es/firmar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