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AUTORIZACIÓN DE REPRESENTACIÓN</w:t>
      </w:r>
    </w:p>
    <w:p>
      <w:r>
        <w:t>D./Dña. ______________________, con DNI/NIE __________ y domicilio en ______________________,</w:t>
      </w:r>
    </w:p>
    <w:p>
      <w:r>
        <w:rPr>
          <w:b/>
        </w:rPr>
        <w:t>AUTORIZA</w:t>
      </w:r>
      <w:r>
        <w:t xml:space="preserve"> a ______________________, con DNI/NIF __________, para que actúe en su nombre ante ______________________ en el siguiente trámite o gestión: ____________________________________________.</w:t>
      </w:r>
    </w:p>
    <w:p>
      <w:r>
        <w:t>Esta autorización es válida hasta ____/____/______ o hasta que se revoque por escrito.</w:t>
      </w:r>
    </w:p>
    <w:p>
      <w:r>
        <w:t>En ______________, a ____ de __________ de ______.</w:t>
      </w:r>
    </w:p>
    <w:p>
      <w:r>
        <w:t>Firma de quien autoriza:     Firma del representante (aceptación):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