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INSCRIPCIÓN Y AUTORIZACIÓN DE COMEDOR ESCOLAR</w:t>
      </w:r>
    </w:p>
    <w:p>
      <w:r>
        <w:t>D./Dña. ______________________, con DNI/NIE __________, como ☐ padre ☐ madre ☐ tutor/a legal del alumno/a ______________________, del curso ______ y grupo ______,</w:t>
      </w:r>
    </w:p>
    <w:p>
      <w:r>
        <w:rPr>
          <w:b/>
        </w:rPr>
        <w:t>SOLICITO</w:t>
      </w:r>
      <w:r>
        <w:t xml:space="preserve"> que mi hijo/a use el servicio de comedor durante el curso ______:</w:t>
      </w:r>
    </w:p>
    <w:p>
      <w:r>
        <w:t>☐ Todos los días ☐ Solo: ☐ lunes ☐ martes ☐ miércoles ☐ jueves ☐ viernes ☐ Días sueltos, avisando con ______ de antelación.</w:t>
      </w:r>
    </w:p>
    <w:p>
      <w:r>
        <w:rPr>
          <w:b/>
        </w:rPr>
        <w:t>Alergias o intolerancias diagnosticadas:</w:t>
      </w:r>
      <w:r>
        <w:t xml:space="preserve"> ☐ No ☐ Sí: ______________________. Adjunto el certificado médico.</w:t>
      </w:r>
    </w:p>
    <w:p>
      <w:r>
        <w:rPr>
          <w:b/>
        </w:rPr>
        <w:t>Otros menús</w:t>
      </w:r>
      <w:r>
        <w:t xml:space="preserve"> (si el centro los ofrece): ______________________.</w:t>
      </w:r>
    </w:p>
    <w:p>
      <w:r>
        <w:rPr>
          <w:b/>
        </w:rPr>
        <w:t>Pago:</w:t>
      </w:r>
      <w:r>
        <w:t xml:space="preserve"> ☐ Domiciliación en la cuenta (IBAN): ________________________ ☐ Otro: __________.</w:t>
      </w:r>
    </w:p>
    <w:p>
      <w:r>
        <w:rPr>
          <w:b/>
        </w:rPr>
        <w:t>Después del comedor:</w:t>
      </w:r>
      <w:r>
        <w:t xml:space="preserve"> ☐ Se queda a las actividades de la tarde ☐ Lo recoge: ______________________ ☐ Sale solo/a (con su autorización aparte).</w:t>
      </w:r>
    </w:p>
    <w:p>
      <w:r>
        <w:t>Avisaré al centro de cualquier cambio en su salud o en su alimentación. Teléfono de contacto: __________.</w:t>
      </w:r>
    </w:p>
    <w:p>
      <w:r>
        <w:rPr>
          <w:b/>
        </w:rPr>
        <w:t>Protección de datos.</w:t>
      </w:r>
      <w:r>
        <w:t xml:space="preserve"> Responsable: ______________________. Los datos se usarán solo para esta finalidad y los conocerá el personal del centro que lo necesite. Puedo ejercer mis derechos escribiendo a ______________________.</w:t>
      </w:r>
    </w:p>
    <w:p>
      <w:r>
        <w:t>En ______________, a ____ de __________ de ______.</w:t>
      </w:r>
    </w:p>
    <w:p>
      <w:r>
        <w:t>Firma del padre, madre o tutor/a: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