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ALBARÁN DE ENTREGA N.º ______</w:t>
      </w:r>
      <w:r>
        <w:t xml:space="preserve">     Fecha: ____/____/______</w:t>
      </w:r>
    </w:p>
    <w:p>
      <w:r>
        <w:t>Proveedor: ______________________     NIF: __________</w:t>
      </w:r>
    </w:p>
    <w:p>
      <w:r>
        <w:t>Cliente: ______________________     NIF: __________     Dirección de entrega: ______________________</w:t>
      </w:r>
    </w:p>
    <w:p>
      <w:r>
        <w:t>Producto     Cantidad     Observaciones</w:t>
      </w:r>
    </w:p>
    <w:p>
      <w:r>
        <w:t>______________________     ____     ______________________</w:t>
      </w:r>
    </w:p>
    <w:p>
      <w:r>
        <w:t>______________________     ____     ______________________</w:t>
      </w:r>
    </w:p>
    <w:p>
      <w:r>
        <w:t>Recibido conforme. Nombre y DNI: ______________________     Firma: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