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ACUERDO DE CONFIDENCIALIDAD</w:t>
      </w:r>
    </w:p>
    <w:p>
      <w:r>
        <w:t>En ______________, a ____ de __________ de ______.</w:t>
      </w:r>
    </w:p>
    <w:p>
      <w:r>
        <w:t>PARTE REVELADORA: ______________________, NIF __________. PARTE RECEPTORA: ______________________, NIF/DNI __________.</w:t>
      </w:r>
    </w:p>
    <w:p>
      <w:r>
        <w:t>1. Es información confidencial toda la que la parte reveladora entregue a la receptora sobre ______________________, por cualquier medio.</w:t>
      </w:r>
    </w:p>
    <w:p>
      <w:r>
        <w:t>2. La parte receptora solo usará la información para ______________________ y no la comunicará a terceros sin autorización por escrito.</w:t>
      </w:r>
    </w:p>
    <w:p>
      <w:r>
        <w:t>3. Esta obligación dura ____ años desde la firma.</w:t>
      </w:r>
    </w:p>
    <w:p>
      <w:r>
        <w:t>4. Al terminar la relación, la parte receptora devolverá o destruirá la información recibida.</w:t>
      </w:r>
    </w:p>
    <w:p>
      <w:r>
        <w:t>Firma de la parte reveladora:     Firma de la parte receptora: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