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ACTA DE RECEPCIÓN DE OBRA</w:t>
      </w:r>
    </w:p>
    <w:p>
      <w:r>
        <w:t>En ______________, a ____ de __________ de ______.</w:t>
      </w:r>
    </w:p>
    <w:p>
      <w:r>
        <w:t>PROMOTOR/CLIENTE: ______________________, DNI/NIF __________. CONSTRUCTOR: ______________________, NIF __________.</w:t>
      </w:r>
    </w:p>
    <w:p>
      <w:r>
        <w:t>Obra: ______________________     Dirección: ______________________</w:t>
      </w:r>
    </w:p>
    <w:p>
      <w:r>
        <w:t>Fecha del certificado final de obra: ____/____/______     Coste final de ejecución material: __________ €</w:t>
      </w:r>
    </w:p>
    <w:p>
      <w:r>
        <w:t>El promotor recibe la obra ☐ sin reservas ☐ con las siguientes reservas, que el constructor corregirá antes del ____/____/______: ____________________________________________</w:t>
      </w:r>
    </w:p>
    <w:p>
      <w:r>
        <w:t>Firma del promotor/cliente:     Firma del constructor:</w:t>
      </w:r>
    </w:p>
    <w:p/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